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MATN TERISH XIZMATI — NAMUNA</w:t>
      </w:r>
    </w:p>
    <w:p>
      <w:pPr>
        <w:jc w:val="center"/>
      </w:pPr>
      <w:r>
        <w:rPr>
          <w:i/>
          <w:sz w:val="22"/>
        </w:rPr>
        <w:t>Microsoft Word | Matn terish | Hujjatlarni formatlash</w:t>
      </w:r>
    </w:p>
    <w:p/>
    <w:p>
      <w:r>
        <w:rPr>
          <w:b/>
          <w:sz w:val="28"/>
        </w:rPr>
        <w:t>Xizmat haqida</w:t>
      </w:r>
    </w:p>
    <w:p>
      <w:r>
        <w:t>Berilgan matnlarni Microsoft Word dasturida tartibli va tushunarli ko‘rinishda terib beraman. Rasm, PDF yoki boshqa manbadagi matnlarni Word hujjatiga ko‘chirish, abzatslarni tartiblash, sarlavhalarni ajratish va hujjatni chiroyli formatlash xizmatlari bajariladi.</w:t>
      </w:r>
    </w:p>
    <w:p>
      <w:r>
        <w:rPr>
          <w:b/>
          <w:sz w:val="28"/>
        </w:rPr>
        <w:t>Bajariladigan ishlar</w:t>
      </w:r>
    </w:p>
    <w:p>
      <w:pPr>
        <w:pStyle w:val="ListBullet"/>
      </w:pPr>
      <w:r>
        <w:t>Rasm yoki PDFdan matnni Word formatiga terish</w:t>
      </w:r>
    </w:p>
    <w:p>
      <w:pPr>
        <w:pStyle w:val="ListBullet"/>
      </w:pPr>
      <w:r>
        <w:t>Oddiy matnlarni tez va tartibli terish</w:t>
      </w:r>
    </w:p>
    <w:p>
      <w:pPr>
        <w:pStyle w:val="ListBullet"/>
      </w:pPr>
      <w:r>
        <w:t>Sarlavha, abzats va ro‘yxatlarni formatlash</w:t>
      </w:r>
    </w:p>
    <w:p>
      <w:pPr>
        <w:pStyle w:val="ListBullet"/>
      </w:pPr>
      <w:r>
        <w:t>Jadval va oddiy hujjatlarni Word dasturida tayyorlash</w:t>
      </w:r>
    </w:p>
    <w:p>
      <w:pPr>
        <w:pStyle w:val="ListBullet"/>
      </w:pPr>
      <w:r>
        <w:t>Tayyor matndagi imlo va format xatolarini tartibga keltirish</w:t>
      </w:r>
    </w:p>
    <w:p>
      <w:r>
        <w:rPr>
          <w:b/>
          <w:sz w:val="28"/>
        </w:rPr>
        <w:t>Namuna matn</w:t>
      </w:r>
    </w:p>
    <w:p>
      <w:r>
        <w:t>Kompyuter texnologiyalari bugungi kunda ta’lim, ish va kundalik hayotning muhim qismiga aylandi. Microsoft Word yordamida turli xil hujjatlar, arizalar, hisobotlar va boshqa yozma materiallarni tayyorlash mumkin. Matnni to‘g‘ri formatlash hujjatning o‘qilishi va ko‘rinishini yaxshilaydi.</w:t>
      </w:r>
    </w:p>
    <w:p>
      <w:r>
        <w:t>Men berilgan ma’lumotlarni Word hujjatiga aniq, tartibli va imkon qadar xatosiz ko‘chirishga e’tibor beraman.</w:t>
      </w:r>
    </w:p>
    <w:p/>
    <w:p>
      <w:pPr>
        <w:jc w:val="center"/>
      </w:pPr>
      <w:r>
        <w:rPr>
          <w:i/>
          <w:sz w:val="20"/>
        </w:rPr>
        <w:t>Matn terish xizmati uchun portfolio namunasi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